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45EC3C" w14:textId="77777777" w:rsidR="00C75C9B" w:rsidRDefault="00000000">
      <w:pPr>
        <w:pStyle w:val="Title"/>
      </w:pPr>
      <w:r>
        <w:t>[Insert a concise and informative manuscript title]</w:t>
      </w:r>
    </w:p>
    <w:p w14:paraId="718478F5" w14:textId="77777777" w:rsidR="00C75C9B" w:rsidRDefault="00000000">
      <w:pPr>
        <w:pStyle w:val="Authordetails"/>
      </w:pPr>
      <w:r>
        <w:t>[First Author]¹, [Second Author]² and [Third Author]¹*</w:t>
      </w:r>
    </w:p>
    <w:p w14:paraId="022153EE" w14:textId="77777777" w:rsidR="00C75C9B" w:rsidRDefault="00000000">
      <w:pPr>
        <w:pStyle w:val="Authordetails"/>
      </w:pPr>
      <w:r>
        <w:t>¹ [Department, Institution, City, Country]</w:t>
      </w:r>
    </w:p>
    <w:p w14:paraId="539D8DED" w14:textId="77777777" w:rsidR="00C75C9B" w:rsidRDefault="00000000">
      <w:pPr>
        <w:pStyle w:val="Authordetails"/>
      </w:pPr>
      <w:r>
        <w:t>² [Department, Institution, City, Country]</w:t>
      </w:r>
    </w:p>
    <w:p w14:paraId="5E5AAD57" w14:textId="77777777" w:rsidR="00C75C9B" w:rsidRDefault="00000000">
      <w:pPr>
        <w:pStyle w:val="Authordetails"/>
      </w:pPr>
      <w:r>
        <w:t>*Corresponding author: [Name and email address]</w:t>
      </w:r>
    </w:p>
    <w:p w14:paraId="57B8D731" w14:textId="54303735" w:rsidR="00C75C9B" w:rsidRDefault="00000000">
      <w:pPr>
        <w:pStyle w:val="Templatenote"/>
      </w:pPr>
      <w:r>
        <w:t>[Add author email addresses, if applicable. Match affiliation numbers to authors and remove unused entries.]</w:t>
      </w:r>
    </w:p>
    <w:p w14:paraId="692464EA" w14:textId="77777777" w:rsidR="00C75C9B" w:rsidRDefault="00000000">
      <w:pPr>
        <w:pStyle w:val="Heading1"/>
      </w:pPr>
      <w:r>
        <w:t>ABSTRACT</w:t>
      </w:r>
    </w:p>
    <w:p w14:paraId="34405759" w14:textId="77777777" w:rsidR="00C75C9B" w:rsidRDefault="00000000" w:rsidP="00AC1CCD">
      <w:pPr>
        <w:pStyle w:val="Abstracttext"/>
        <w:jc w:val="both"/>
      </w:pPr>
      <w:r>
        <w:t>[Replace this paragraph with a single abstract of 200–300 words. State the study’s purpose or problem, research design, setting and participants or data sources, principal methods of analysis, key findings, and main conclusion. Include the most informative numerical results where appropriate. Explain the contribution to TVET without making claims beyond the evidence. Define essential abbreviations and avoid citations unless indispensable.]</w:t>
      </w:r>
    </w:p>
    <w:p w14:paraId="2363D237" w14:textId="77777777" w:rsidR="00C75C9B" w:rsidRDefault="00000000" w:rsidP="00AC1CCD">
      <w:pPr>
        <w:pStyle w:val="Abstracttext"/>
        <w:jc w:val="both"/>
      </w:pPr>
      <w:r>
        <w:t>Keywords: [keyword 1]; [keyword 2]; [keyword 3]; [keyword 4]; [keyword 5]</w:t>
      </w:r>
    </w:p>
    <w:p w14:paraId="47845C80" w14:textId="77777777" w:rsidR="00C75C9B" w:rsidRDefault="00000000" w:rsidP="00AC1CCD">
      <w:pPr>
        <w:pStyle w:val="Templatenote"/>
        <w:jc w:val="both"/>
      </w:pPr>
      <w:r>
        <w:t>[Provide 3–5 specific keywords. Replace all bracketed text and delete instructional paragraphs before submission. Formatting guidance appears at the end of this template.]</w:t>
      </w:r>
    </w:p>
    <w:p w14:paraId="3BDD7025" w14:textId="77777777" w:rsidR="00C75C9B" w:rsidRDefault="00000000">
      <w:pPr>
        <w:pStyle w:val="Heading1"/>
      </w:pPr>
      <w:r>
        <w:t>INTRODUCTION</w:t>
      </w:r>
    </w:p>
    <w:p w14:paraId="39240685" w14:textId="77777777" w:rsidR="00C75C9B" w:rsidRDefault="00000000" w:rsidP="00AC1CCD">
      <w:pPr>
        <w:jc w:val="both"/>
      </w:pPr>
      <w:r>
        <w:t>[Introduce the topic and its relevance to technical and vocational education and training (TVET). Establish the context using appropriate evidence, identify the research problem and unresolved gap, and explain why the study is needed. State the purpose, objectives or research questions and define the scope. Avoid repeating the abstract or providing an extensive literature review here.]</w:t>
      </w:r>
    </w:p>
    <w:p w14:paraId="361AF64E" w14:textId="77777777" w:rsidR="00C75C9B" w:rsidRDefault="00000000">
      <w:pPr>
        <w:pStyle w:val="Heading1"/>
      </w:pPr>
      <w:r>
        <w:t>LITERATURE REVIEW</w:t>
      </w:r>
    </w:p>
    <w:p w14:paraId="4367EDF2" w14:textId="77777777" w:rsidR="00C75C9B" w:rsidRDefault="00000000" w:rsidP="00AC1CCD">
      <w:pPr>
        <w:jc w:val="both"/>
      </w:pPr>
      <w:r>
        <w:t>[Critically synthesise relevant theories and empirical studies. Compare findings, methods, populations and limitations rather than listing studies individually. Distinguish evidence directly addressing the research question from related evidence. Explain how the review establishes the study’s contribution and informs the theoretical or conceptual framework.]</w:t>
      </w:r>
    </w:p>
    <w:p w14:paraId="05202E11" w14:textId="77777777" w:rsidR="00C75C9B" w:rsidRDefault="00000000">
      <w:pPr>
        <w:pStyle w:val="Heading2"/>
      </w:pPr>
      <w:r>
        <w:t>Theoretical or conceptual framework</w:t>
      </w:r>
    </w:p>
    <w:p w14:paraId="3E93EACA" w14:textId="77777777" w:rsidR="00C75C9B" w:rsidRDefault="00000000" w:rsidP="00AC1CCD">
      <w:pPr>
        <w:jc w:val="both"/>
      </w:pPr>
      <w:r>
        <w:t>[Explain the concepts and proposed relationships informing the study. Identify the sources of any adapted framework or instrument and justify its application. If hypotheses are used, state them consistently with the objectives, measures and planned analyses. Insert a framework diagram only when it adds clarity.]</w:t>
      </w:r>
    </w:p>
    <w:p w14:paraId="4BA30C17" w14:textId="77777777" w:rsidR="00C75C9B" w:rsidRDefault="00000000">
      <w:pPr>
        <w:pStyle w:val="Heading1"/>
      </w:pPr>
      <w:r>
        <w:t>METHODOLOGY</w:t>
      </w:r>
    </w:p>
    <w:p w14:paraId="4913BDD9" w14:textId="77777777" w:rsidR="00C75C9B" w:rsidRDefault="00000000" w:rsidP="00AC1CCD">
      <w:pPr>
        <w:jc w:val="both"/>
      </w:pPr>
      <w:r>
        <w:t>[Describe the methods in sufficient detail for readers to assess the study and, where appropriate, reproduce the procedures. Adapt the subheadings to the design; qualitative, mixed methods, review, design and development, and experimental studies may require different arrangements.]</w:t>
      </w:r>
    </w:p>
    <w:p w14:paraId="15671277" w14:textId="77777777" w:rsidR="00C75C9B" w:rsidRDefault="00000000" w:rsidP="00AC1CCD">
      <w:pPr>
        <w:pStyle w:val="Heading2"/>
        <w:jc w:val="both"/>
      </w:pPr>
      <w:r>
        <w:lastRenderedPageBreak/>
        <w:t>Research design and setting</w:t>
      </w:r>
    </w:p>
    <w:p w14:paraId="2E3C1089" w14:textId="77777777" w:rsidR="00C75C9B" w:rsidRDefault="00000000" w:rsidP="00AC1CCD">
      <w:pPr>
        <w:jc w:val="both"/>
      </w:pPr>
      <w:r>
        <w:t>[Identify the design, research setting and relevant study period. Explain why the design is suitable for the research questions. For product or prototype studies, describe the design requirements, development stages and evaluation conditions.]</w:t>
      </w:r>
    </w:p>
    <w:p w14:paraId="51531F2D" w14:textId="77777777" w:rsidR="00C75C9B" w:rsidRDefault="00000000" w:rsidP="00AC1CCD">
      <w:pPr>
        <w:pStyle w:val="Heading2"/>
        <w:jc w:val="both"/>
      </w:pPr>
      <w:r>
        <w:t>Participants and sampling</w:t>
      </w:r>
    </w:p>
    <w:p w14:paraId="7CDFDF28" w14:textId="77777777" w:rsidR="00C75C9B" w:rsidRDefault="00000000" w:rsidP="00AC1CCD">
      <w:pPr>
        <w:jc w:val="both"/>
      </w:pPr>
      <w:r>
        <w:t>[Describe the population, eligibility criteria, sampling frame and recruitment method. Report the intended and achieved sample sizes and justify the sample-size decision. Explain nonresponse or exclusions where relevant. For reviews or secondary-data studies, describe source selection and inclusion criteria instead.]</w:t>
      </w:r>
    </w:p>
    <w:p w14:paraId="3380EB42" w14:textId="77777777" w:rsidR="00C75C9B" w:rsidRDefault="00000000" w:rsidP="00AC1CCD">
      <w:pPr>
        <w:pStyle w:val="Heading2"/>
        <w:jc w:val="both"/>
      </w:pPr>
      <w:r>
        <w:t>Instruments and procedures</w:t>
      </w:r>
    </w:p>
    <w:p w14:paraId="73CE01D7" w14:textId="77777777" w:rsidR="00C75C9B" w:rsidRDefault="00000000" w:rsidP="00AC1CCD">
      <w:pPr>
        <w:jc w:val="both"/>
      </w:pPr>
      <w:r>
        <w:t>[Identify instruments, measures, materials or equipment and their sources. Describe adaptations, response scales, scoring, validation, reliability and pilot procedures where applicable. Explain data collection or testing procedures in sequence. Report ethics approval or exemption, consent, confidentiality and relevant permissions as applicable.]</w:t>
      </w:r>
    </w:p>
    <w:p w14:paraId="41297E28" w14:textId="77777777" w:rsidR="00C75C9B" w:rsidRDefault="00000000" w:rsidP="00AC1CCD">
      <w:pPr>
        <w:pStyle w:val="Heading2"/>
        <w:jc w:val="both"/>
      </w:pPr>
      <w:r>
        <w:t>Data analysis</w:t>
      </w:r>
    </w:p>
    <w:p w14:paraId="6FD9917B" w14:textId="77777777" w:rsidR="00C75C9B" w:rsidRDefault="00000000" w:rsidP="00AC1CCD">
      <w:pPr>
        <w:jc w:val="both"/>
      </w:pPr>
      <w:r>
        <w:t>[Explain how the data were prepared and analysed, including missing-data handling, relevant assumptions and software versions. For quantitative studies, specify tests, significance levels and effect-size or uncertainty measures as appropriate. For qualitative studies, explain coding, interpretation and procedures supporting trustworthiness.]</w:t>
      </w:r>
    </w:p>
    <w:p w14:paraId="08AF0A6E" w14:textId="77777777" w:rsidR="00C75C9B" w:rsidRDefault="00000000" w:rsidP="00AC1CCD">
      <w:pPr>
        <w:pStyle w:val="Heading1"/>
        <w:jc w:val="both"/>
      </w:pPr>
      <w:r>
        <w:t>FINDINGS AND DISCUSSION</w:t>
      </w:r>
    </w:p>
    <w:p w14:paraId="3E2FE36B" w14:textId="77777777" w:rsidR="00C75C9B" w:rsidRDefault="00000000" w:rsidP="00AC1CCD">
      <w:pPr>
        <w:jc w:val="both"/>
      </w:pPr>
      <w:r>
        <w:t>[Present findings in the order of the research questions or objectives. Report the achieved sample or analysed data, followed by the relevant results. Use tables and figures selectively and refer to each in the text. Explain the important patterns without repeating every value. Findings and discussion may be separated into two sections when this improves clarity.]</w:t>
      </w:r>
    </w:p>
    <w:p w14:paraId="4E346852" w14:textId="77777777" w:rsidR="00C75C9B" w:rsidRDefault="00000000" w:rsidP="00AC1CCD">
      <w:pPr>
        <w:pStyle w:val="Heading2"/>
        <w:jc w:val="both"/>
      </w:pPr>
      <w:r>
        <w:t>Presentation of findings</w:t>
      </w:r>
    </w:p>
    <w:p w14:paraId="4B92F392" w14:textId="77777777" w:rsidR="00C75C9B" w:rsidRDefault="00000000" w:rsidP="00AC1CCD">
      <w:pPr>
        <w:jc w:val="both"/>
      </w:pPr>
      <w:r>
        <w:t>[Use the following table as a formatting example. Replace the headings and entries with study results; the bracketed entries are placeholders, not data.]</w:t>
      </w:r>
    </w:p>
    <w:p w14:paraId="5F970373" w14:textId="77777777" w:rsidR="00C75C9B" w:rsidRPr="00AC1CCD" w:rsidRDefault="00000000" w:rsidP="00AC1CCD">
      <w:pPr>
        <w:pStyle w:val="Caption"/>
        <w:keepNext/>
        <w:jc w:val="both"/>
        <w:rPr>
          <w:b/>
          <w:bCs w:val="0"/>
        </w:rPr>
      </w:pPr>
      <w:r w:rsidRPr="00AC1CCD">
        <w:rPr>
          <w:b/>
          <w:bCs w:val="0"/>
        </w:rPr>
        <w:t>Table 1</w:t>
      </w:r>
    </w:p>
    <w:p w14:paraId="3F6C43B2" w14:textId="77777777" w:rsidR="00C75C9B" w:rsidRDefault="00000000" w:rsidP="00AC1CCD">
      <w:pPr>
        <w:pStyle w:val="Caption"/>
        <w:keepNext/>
        <w:jc w:val="both"/>
      </w:pPr>
      <w:r>
        <w:rPr>
          <w:i/>
        </w:rPr>
        <w:t>Descriptive statistics for the study constructs</w:t>
      </w:r>
    </w:p>
    <w:tbl>
      <w:tblPr>
        <w:tblW w:w="0" w:type="auto"/>
        <w:tblInd w:w="90" w:type="dxa"/>
        <w:tblLayout w:type="fixed"/>
        <w:tblLook w:val="04A0" w:firstRow="1" w:lastRow="0" w:firstColumn="1" w:lastColumn="0" w:noHBand="0" w:noVBand="1"/>
      </w:tblPr>
      <w:tblGrid>
        <w:gridCol w:w="4518"/>
        <w:gridCol w:w="936"/>
        <w:gridCol w:w="1152"/>
        <w:gridCol w:w="1224"/>
      </w:tblGrid>
      <w:tr w:rsidR="00C75C9B" w14:paraId="11B1CA77" w14:textId="77777777" w:rsidTr="00AC1CCD">
        <w:trPr>
          <w:cantSplit/>
          <w:tblHeader/>
        </w:trPr>
        <w:tc>
          <w:tcPr>
            <w:tcW w:w="451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76DD33D" w14:textId="77777777" w:rsidR="00C75C9B" w:rsidRDefault="00000000" w:rsidP="00AC1CCD">
            <w:pPr>
              <w:keepNext/>
              <w:spacing w:after="0"/>
              <w:jc w:val="both"/>
            </w:pPr>
            <w:r>
              <w:rPr>
                <w:b/>
                <w:sz w:val="20"/>
              </w:rPr>
              <w:t>Construct</w:t>
            </w:r>
          </w:p>
        </w:tc>
        <w:tc>
          <w:tcPr>
            <w:tcW w:w="936"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0B4DA142" w14:textId="77777777" w:rsidR="00C75C9B" w:rsidRDefault="00000000" w:rsidP="00AC1CCD">
            <w:pPr>
              <w:keepNext/>
              <w:spacing w:after="0"/>
              <w:jc w:val="center"/>
            </w:pPr>
            <w:r>
              <w:rPr>
                <w:b/>
                <w:sz w:val="20"/>
              </w:rPr>
              <w:t>n</w:t>
            </w:r>
          </w:p>
        </w:tc>
        <w:tc>
          <w:tcPr>
            <w:tcW w:w="115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C300924" w14:textId="77777777" w:rsidR="00C75C9B" w:rsidRDefault="00000000" w:rsidP="00AC1CCD">
            <w:pPr>
              <w:keepNext/>
              <w:spacing w:after="0"/>
              <w:jc w:val="center"/>
            </w:pPr>
            <w:r>
              <w:rPr>
                <w:b/>
                <w:sz w:val="20"/>
              </w:rPr>
              <w:t>M</w:t>
            </w:r>
          </w:p>
        </w:tc>
        <w:tc>
          <w:tcPr>
            <w:tcW w:w="1224"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9DB6B58" w14:textId="77777777" w:rsidR="00C75C9B" w:rsidRDefault="00000000" w:rsidP="00AC1CCD">
            <w:pPr>
              <w:keepNext/>
              <w:spacing w:after="0"/>
              <w:jc w:val="center"/>
            </w:pPr>
            <w:r>
              <w:rPr>
                <w:b/>
                <w:sz w:val="20"/>
              </w:rPr>
              <w:t>SD</w:t>
            </w:r>
          </w:p>
        </w:tc>
      </w:tr>
      <w:tr w:rsidR="00C75C9B" w14:paraId="27F2A789" w14:textId="77777777" w:rsidTr="00AC1CCD">
        <w:trPr>
          <w:cantSplit/>
        </w:trPr>
        <w:tc>
          <w:tcPr>
            <w:tcW w:w="451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CB0F33F" w14:textId="77777777" w:rsidR="00C75C9B" w:rsidRDefault="00000000" w:rsidP="00AC1CCD">
            <w:pPr>
              <w:keepNext/>
              <w:spacing w:after="0"/>
              <w:jc w:val="both"/>
            </w:pPr>
            <w:r>
              <w:rPr>
                <w:sz w:val="20"/>
              </w:rPr>
              <w:t>[Construct A]</w:t>
            </w:r>
          </w:p>
        </w:tc>
        <w:tc>
          <w:tcPr>
            <w:tcW w:w="93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5B70A4AE" w14:textId="77777777" w:rsidR="00C75C9B" w:rsidRDefault="00000000" w:rsidP="00AC1CCD">
            <w:pPr>
              <w:keepNext/>
              <w:spacing w:after="0"/>
              <w:jc w:val="center"/>
            </w:pPr>
            <w:r>
              <w:rPr>
                <w:sz w:val="20"/>
              </w:rPr>
              <w:t>[n]</w:t>
            </w:r>
          </w:p>
        </w:tc>
        <w:tc>
          <w:tcPr>
            <w:tcW w:w="115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B6A9D87" w14:textId="77777777" w:rsidR="00C75C9B" w:rsidRDefault="00000000" w:rsidP="00AC1CCD">
            <w:pPr>
              <w:keepNext/>
              <w:spacing w:after="0"/>
              <w:jc w:val="center"/>
            </w:pPr>
            <w:r>
              <w:rPr>
                <w:sz w:val="20"/>
              </w:rPr>
              <w:t>[M]</w:t>
            </w:r>
          </w:p>
        </w:tc>
        <w:tc>
          <w:tcPr>
            <w:tcW w:w="12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1429F041" w14:textId="77777777" w:rsidR="00C75C9B" w:rsidRDefault="00000000" w:rsidP="00AC1CCD">
            <w:pPr>
              <w:keepNext/>
              <w:spacing w:after="0"/>
              <w:jc w:val="center"/>
            </w:pPr>
            <w:r>
              <w:rPr>
                <w:sz w:val="20"/>
              </w:rPr>
              <w:t>[SD]</w:t>
            </w:r>
          </w:p>
        </w:tc>
      </w:tr>
      <w:tr w:rsidR="00C75C9B" w14:paraId="2E448C42" w14:textId="77777777" w:rsidTr="00AC1CCD">
        <w:trPr>
          <w:cantSplit/>
        </w:trPr>
        <w:tc>
          <w:tcPr>
            <w:tcW w:w="4518"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311F5E8" w14:textId="77777777" w:rsidR="00C75C9B" w:rsidRDefault="00000000" w:rsidP="00AC1CCD">
            <w:pPr>
              <w:keepNext/>
              <w:spacing w:after="0"/>
              <w:jc w:val="both"/>
            </w:pPr>
            <w:r>
              <w:rPr>
                <w:sz w:val="20"/>
              </w:rPr>
              <w:t>[Construct B]</w:t>
            </w:r>
          </w:p>
        </w:tc>
        <w:tc>
          <w:tcPr>
            <w:tcW w:w="936"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03139589" w14:textId="77777777" w:rsidR="00C75C9B" w:rsidRDefault="00000000" w:rsidP="00AC1CCD">
            <w:pPr>
              <w:keepNext/>
              <w:spacing w:after="0"/>
              <w:jc w:val="center"/>
            </w:pPr>
            <w:r>
              <w:rPr>
                <w:sz w:val="20"/>
              </w:rPr>
              <w:t>[n]</w:t>
            </w:r>
          </w:p>
        </w:tc>
        <w:tc>
          <w:tcPr>
            <w:tcW w:w="1152"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215C4A7D" w14:textId="77777777" w:rsidR="00C75C9B" w:rsidRDefault="00000000" w:rsidP="00AC1CCD">
            <w:pPr>
              <w:keepNext/>
              <w:spacing w:after="0"/>
              <w:jc w:val="center"/>
            </w:pPr>
            <w:r>
              <w:rPr>
                <w:sz w:val="20"/>
              </w:rPr>
              <w:t>[M]</w:t>
            </w:r>
          </w:p>
        </w:tc>
        <w:tc>
          <w:tcPr>
            <w:tcW w:w="1224" w:type="dxa"/>
            <w:tcBorders>
              <w:top w:val="single" w:sz="4" w:space="0" w:color="D9D9D9"/>
              <w:left w:val="single" w:sz="4" w:space="0" w:color="D9D9D9"/>
              <w:bottom w:val="single" w:sz="4" w:space="0" w:color="D9D9D9"/>
              <w:right w:val="single" w:sz="4" w:space="0" w:color="D9D9D9"/>
            </w:tcBorders>
            <w:tcMar>
              <w:top w:w="90" w:type="dxa"/>
              <w:left w:w="90" w:type="dxa"/>
              <w:bottom w:w="90" w:type="dxa"/>
              <w:right w:w="90" w:type="dxa"/>
            </w:tcMar>
            <w:vAlign w:val="center"/>
          </w:tcPr>
          <w:p w14:paraId="6CA26D35" w14:textId="77777777" w:rsidR="00C75C9B" w:rsidRDefault="00000000" w:rsidP="00AC1CCD">
            <w:pPr>
              <w:keepNext/>
              <w:spacing w:after="0"/>
              <w:jc w:val="center"/>
            </w:pPr>
            <w:r>
              <w:rPr>
                <w:sz w:val="20"/>
              </w:rPr>
              <w:t>[SD]</w:t>
            </w:r>
          </w:p>
        </w:tc>
      </w:tr>
    </w:tbl>
    <w:p w14:paraId="16C57926" w14:textId="77777777" w:rsidR="00C75C9B" w:rsidRDefault="00000000" w:rsidP="00AC1CCD">
      <w:pPr>
        <w:pStyle w:val="Abstracttext"/>
      </w:pPr>
      <w:r>
        <w:t>Note. n = number of observations; M = mean; SD = standard deviation. Define abbreviations and explain any symbols, units or scoring categories used.</w:t>
      </w:r>
    </w:p>
    <w:p w14:paraId="30C570FC" w14:textId="77777777" w:rsidR="00C75C9B" w:rsidRDefault="00000000" w:rsidP="00AC1CCD">
      <w:pPr>
        <w:pStyle w:val="Caption"/>
        <w:keepNext/>
      </w:pPr>
      <w:r>
        <w:lastRenderedPageBreak/>
        <w:t>Figure 1</w:t>
      </w:r>
    </w:p>
    <w:p w14:paraId="218C46A5" w14:textId="77777777" w:rsidR="00C75C9B" w:rsidRDefault="00000000" w:rsidP="00AC1CCD">
      <w:pPr>
        <w:pStyle w:val="Caption"/>
        <w:keepNext/>
      </w:pPr>
      <w:r>
        <w:rPr>
          <w:i/>
        </w:rPr>
        <w:t>[Insert the figure title in sentence case]</w:t>
      </w:r>
    </w:p>
    <w:p w14:paraId="1D7EEC47" w14:textId="77777777" w:rsidR="00C75C9B" w:rsidRDefault="00000000" w:rsidP="00AC1CCD">
      <w:pPr>
        <w:pStyle w:val="Templatenote"/>
      </w:pPr>
      <w:r>
        <w:t>[Insert an original or appropriately credited figure here. Use readable labels, adequate resolution and an editable format where possible.]</w:t>
      </w:r>
    </w:p>
    <w:p w14:paraId="293B2C72" w14:textId="77777777" w:rsidR="00C75C9B" w:rsidRDefault="00000000" w:rsidP="00AC1CCD">
      <w:pPr>
        <w:pStyle w:val="Abstracttext"/>
      </w:pPr>
      <w:r>
        <w:t>Note. [Explain abbreviations and identify the source or permission details for reproduced or adapted material, where applicable.]</w:t>
      </w:r>
    </w:p>
    <w:p w14:paraId="5E24E449" w14:textId="77777777" w:rsidR="00C75C9B" w:rsidRDefault="00000000" w:rsidP="00AC1CCD">
      <w:pPr>
        <w:pStyle w:val="Heading2"/>
        <w:jc w:val="both"/>
      </w:pPr>
      <w:r>
        <w:t>Interpretation and implications</w:t>
      </w:r>
    </w:p>
    <w:p w14:paraId="48569A50" w14:textId="77777777" w:rsidR="00C75C9B" w:rsidRDefault="00000000" w:rsidP="00AC1CCD">
      <w:pPr>
        <w:jc w:val="both"/>
      </w:pPr>
      <w:r>
        <w:t>[Interpret the findings in relation to the objectives, framework and previous research. Explain agreements, differences and plausible explanations. Discuss practical implications for TVET and distinguish measured outcomes from recommendations. Address alternative explanations and relevant limitations. Use causal language only when justified by the design and evidence.]</w:t>
      </w:r>
    </w:p>
    <w:p w14:paraId="3D6AC814" w14:textId="77777777" w:rsidR="00C75C9B" w:rsidRDefault="00000000" w:rsidP="00AC1CCD">
      <w:pPr>
        <w:pStyle w:val="Heading1"/>
        <w:jc w:val="both"/>
      </w:pPr>
      <w:r>
        <w:t>CONCLUSION</w:t>
      </w:r>
    </w:p>
    <w:p w14:paraId="448A7903" w14:textId="77777777" w:rsidR="00C75C9B" w:rsidRDefault="00000000" w:rsidP="00AC1CCD">
      <w:pPr>
        <w:jc w:val="both"/>
      </w:pPr>
      <w:r>
        <w:t>[Answer the main research question and summarise the contribution without repeating the results section. State the implications supported by the evidence, the principal limitations, and focused recommendations for practice or further research. Do not introduce new findings.]</w:t>
      </w:r>
    </w:p>
    <w:p w14:paraId="0F514873" w14:textId="77777777" w:rsidR="00C75C9B" w:rsidRDefault="00000000" w:rsidP="00AC1CCD">
      <w:pPr>
        <w:pStyle w:val="Heading1"/>
        <w:jc w:val="both"/>
      </w:pPr>
      <w:r>
        <w:t>ACKNOWLEDGEMENTS AND DECLARATIONS</w:t>
      </w:r>
    </w:p>
    <w:p w14:paraId="3C552DE2" w14:textId="77777777" w:rsidR="00C75C9B" w:rsidRDefault="00000000" w:rsidP="00AC1CCD">
      <w:pPr>
        <w:pStyle w:val="Templatenote"/>
        <w:jc w:val="both"/>
      </w:pPr>
      <w:r>
        <w:t>[Use the statements below as applicable and follow the journal’s submission requirements. Replace the prompts with accurate disclosures; do not retain unsupported declarations.]</w:t>
      </w:r>
    </w:p>
    <w:p w14:paraId="2ACE033B" w14:textId="77777777" w:rsidR="00C75C9B" w:rsidRDefault="00000000" w:rsidP="00AC1CCD">
      <w:pPr>
        <w:jc w:val="both"/>
      </w:pPr>
      <w:r>
        <w:t>Acknowledgements: [Recognise contributions that do not qualify for authorship and confirm permission to name individuals.]</w:t>
      </w:r>
    </w:p>
    <w:p w14:paraId="3C5EB6E4" w14:textId="77777777" w:rsidR="00C75C9B" w:rsidRDefault="00000000" w:rsidP="00AC1CCD">
      <w:pPr>
        <w:jc w:val="both"/>
      </w:pPr>
      <w:r>
        <w:t>Funding: [Identify funding sources and grant numbers, or state that no specific funding was received, if accurate.]</w:t>
      </w:r>
    </w:p>
    <w:p w14:paraId="189B151C" w14:textId="77777777" w:rsidR="00C75C9B" w:rsidRDefault="00000000" w:rsidP="00AC1CCD">
      <w:pPr>
        <w:jc w:val="both"/>
      </w:pPr>
      <w:r>
        <w:t>Competing interests: [Disclose relevant interests, or state that there are none, if accurate.]</w:t>
      </w:r>
    </w:p>
    <w:p w14:paraId="10858334" w14:textId="77777777" w:rsidR="00C75C9B" w:rsidRDefault="00000000" w:rsidP="00AC1CCD">
      <w:pPr>
        <w:jc w:val="both"/>
      </w:pPr>
      <w:r>
        <w:t>Ethics and consent: [Provide approval or exemption details and consent information where applicable; do not repeat sensitive participant information.]</w:t>
      </w:r>
    </w:p>
    <w:p w14:paraId="6D0725EC" w14:textId="77777777" w:rsidR="00C75C9B" w:rsidRDefault="00000000" w:rsidP="00AC1CCD">
      <w:pPr>
        <w:jc w:val="both"/>
      </w:pPr>
      <w:r>
        <w:t>Data availability: [Explain how supporting data or materials may be accessed, including justified restrictions.]</w:t>
      </w:r>
    </w:p>
    <w:p w14:paraId="4646CC3D" w14:textId="77777777" w:rsidR="00C75C9B" w:rsidRDefault="00000000" w:rsidP="00AC1CCD">
      <w:pPr>
        <w:jc w:val="both"/>
      </w:pPr>
      <w:r>
        <w:t>Author contributions: [Describe each author’s contribution, where required.]</w:t>
      </w:r>
    </w:p>
    <w:p w14:paraId="25162398" w14:textId="77777777" w:rsidR="00C75C9B" w:rsidRDefault="00000000" w:rsidP="00AC1CCD">
      <w:pPr>
        <w:jc w:val="both"/>
      </w:pPr>
      <w:r>
        <w:t>Use of AI tools: [If applicable, identify the tool and explain its use in accordance with the journal’s policy. Authors remain responsible for accuracy, originality and references.]</w:t>
      </w:r>
    </w:p>
    <w:p w14:paraId="5D60331E" w14:textId="77777777" w:rsidR="00C75C9B" w:rsidRDefault="00000000" w:rsidP="00AC1CCD">
      <w:pPr>
        <w:pStyle w:val="Heading1"/>
        <w:jc w:val="both"/>
      </w:pPr>
      <w:r>
        <w:t>REFERENCES</w:t>
      </w:r>
    </w:p>
    <w:p w14:paraId="4E95E8E1" w14:textId="77777777" w:rsidR="00C75C9B" w:rsidRDefault="00000000" w:rsidP="00AC1CCD">
      <w:pPr>
        <w:pStyle w:val="Abstracttext"/>
        <w:jc w:val="both"/>
      </w:pPr>
      <w:r>
        <w:t xml:space="preserve">[Follow the APA edition required by the journal. Arrange entries alphabetically by first author and use a hanging indent. Ensure each in-text citation has a matching reference and each listed reference is cited. Verify author names, dates, titles, publication details </w:t>
      </w:r>
      <w:r>
        <w:lastRenderedPageBreak/>
        <w:t>and DOI or URL information against the original sources. Do not use “et al.” as a substitute for the required author list in reference entries.]</w:t>
      </w:r>
    </w:p>
    <w:p w14:paraId="6813D78D" w14:textId="77777777" w:rsidR="00C75C9B" w:rsidRDefault="00000000" w:rsidP="00AC1CCD">
      <w:pPr>
        <w:pStyle w:val="Templatenote"/>
        <w:jc w:val="both"/>
      </w:pPr>
      <w:r>
        <w:t>[The entries below show reference structures only. Replace them with complete, verified references and apply italics to journal titles and volume numbers, and to book or report titles.]</w:t>
      </w:r>
    </w:p>
    <w:p w14:paraId="5C4137EE" w14:textId="77777777" w:rsidR="00C75C9B" w:rsidRDefault="00000000" w:rsidP="00AC1CCD">
      <w:pPr>
        <w:pStyle w:val="Referenceentry"/>
        <w:jc w:val="both"/>
      </w:pPr>
      <w:r>
        <w:t>[Author surname], [Initials]. ([Year]). [Article title in sentence case]. [Journal Title], [volume]([issue]), [page range or article number]. https://doi.org/[DOI]</w:t>
      </w:r>
    </w:p>
    <w:p w14:paraId="4D0B7B07" w14:textId="77777777" w:rsidR="00C75C9B" w:rsidRDefault="00000000" w:rsidP="00AC1CCD">
      <w:pPr>
        <w:pStyle w:val="Referenceentry"/>
        <w:jc w:val="both"/>
      </w:pPr>
      <w:r>
        <w:t>[Author surname], [Initials]. ([Year]). [Book title in sentence case]. [Publisher]. [DOI or URL, if applicable]</w:t>
      </w:r>
    </w:p>
    <w:p w14:paraId="4C7BA604" w14:textId="77777777" w:rsidR="00C75C9B" w:rsidRDefault="00000000" w:rsidP="00AC1CCD">
      <w:pPr>
        <w:pStyle w:val="Referenceentry"/>
        <w:jc w:val="both"/>
      </w:pPr>
      <w:r>
        <w:t>[Organisation name]. ([Year]). [Report title in sentence case]. [Publisher, if different from author]. [URL]</w:t>
      </w:r>
    </w:p>
    <w:p w14:paraId="3E9CC590" w14:textId="77777777" w:rsidR="00C75C9B" w:rsidRDefault="00000000" w:rsidP="00AC1CCD">
      <w:pPr>
        <w:jc w:val="both"/>
      </w:pPr>
      <w:r>
        <w:br w:type="page"/>
      </w:r>
    </w:p>
    <w:p w14:paraId="1F54048C" w14:textId="77777777" w:rsidR="00C75C9B" w:rsidRDefault="00000000">
      <w:pPr>
        <w:pStyle w:val="Title"/>
      </w:pPr>
      <w:r>
        <w:lastRenderedPageBreak/>
        <w:t>Author formatting guide</w:t>
      </w:r>
    </w:p>
    <w:p w14:paraId="753F4387" w14:textId="77777777" w:rsidR="00C75C9B" w:rsidRDefault="00000000">
      <w:pPr>
        <w:pStyle w:val="Templatenote"/>
      </w:pPr>
      <w:r>
        <w:t>Delete this guide and all instructional text before submitting your manuscript. Apply the paragraph styles already defined in this file rather than formatting each paragraph separately.</w:t>
      </w:r>
    </w:p>
    <w:p w14:paraId="170E75A0" w14:textId="77777777" w:rsidR="00C75C9B" w:rsidRDefault="00000000">
      <w:pPr>
        <w:pStyle w:val="Heading2"/>
      </w:pPr>
      <w:r>
        <w:t>Page and text settings</w:t>
      </w:r>
    </w:p>
    <w:p w14:paraId="20C33E0A" w14:textId="77777777" w:rsidR="00C75C9B" w:rsidRDefault="00000000">
      <w:pPr>
        <w:pStyle w:val="Abstracttext"/>
      </w:pPr>
      <w:r>
        <w:t>Retain the template’s Letter page size (8.5 × 11 inches), with 1-inch top and bottom margins and 1.25-inch left and right margins. Use Bookman Old Style, 11 pt, single spacing for the main text; use 10 pt for the abstract, author details, table content, captions and references. Body paragraphs have 6 pt spacing after them and no first-line indent. Avoid repeated blank paragraphs and spaces for alignment.</w:t>
      </w:r>
    </w:p>
    <w:p w14:paraId="7D2FC0F9" w14:textId="77777777" w:rsidR="00C75C9B" w:rsidRDefault="00000000">
      <w:pPr>
        <w:pStyle w:val="Heading2"/>
      </w:pPr>
      <w:r>
        <w:t>Headings and manuscript structure</w:t>
      </w:r>
    </w:p>
    <w:p w14:paraId="2C0B0B44" w14:textId="77777777" w:rsidR="00C75C9B" w:rsidRDefault="00000000">
      <w:pPr>
        <w:pStyle w:val="Abstracttext"/>
      </w:pPr>
      <w:r>
        <w:t>Use Title for the manuscript title; Heading 1 for main sections (12 pt, bold, uppercase); Heading 2 for subsections (11 pt, bold, sentence case); and Heading 3 for a further level (11 pt, bold italic, sentence case). Use descriptive headings and avoid unnecessary levels. Adapt the structure to the article type while retaining a clear account of the purpose, methods or approach, findings and contribution.</w:t>
      </w:r>
    </w:p>
    <w:p w14:paraId="3EBBFE74" w14:textId="77777777" w:rsidR="00C75C9B" w:rsidRDefault="00000000">
      <w:pPr>
        <w:pStyle w:val="Heading2"/>
      </w:pPr>
      <w:r>
        <w:t>Tables figures and statistical reporting</w:t>
      </w:r>
    </w:p>
    <w:p w14:paraId="4D1D7E4F" w14:textId="77777777" w:rsidR="00C75C9B" w:rsidRDefault="00000000">
      <w:pPr>
        <w:pStyle w:val="Abstracttext"/>
      </w:pPr>
      <w:r>
        <w:t>Number tables and figures separately in the order first mentioned. Place the number and a concise title above each item and explanatory notes below it. Keep tables editable; avoid screenshots of statistical output. Use consistent decimal places and provide units, sample sizes and definitions. Report exact p values where appropriate, using p &lt; .001 for smaller values rather than p = .000. Include effect sizes and confidence intervals when relevant. Identify all illustrative or simulated data clearly.</w:t>
      </w:r>
    </w:p>
    <w:p w14:paraId="7F837230" w14:textId="77777777" w:rsidR="00C75C9B" w:rsidRDefault="00000000">
      <w:pPr>
        <w:pStyle w:val="Heading2"/>
      </w:pPr>
      <w:r>
        <w:t>Citations and references</w:t>
      </w:r>
    </w:p>
    <w:p w14:paraId="70C0A54E" w14:textId="77777777" w:rsidR="00C75C9B" w:rsidRDefault="00000000">
      <w:pPr>
        <w:pStyle w:val="Abstracttext"/>
      </w:pPr>
      <w:r>
        <w:t>Use author–date citations consistently, for example Author (Year) or (Author, Year). Cite the original source of adapted instruments, frameworks, tables and figures. Check all references against the original publications and format them in the APA style required by the journal. Remove the reference-format placeholders before submission.</w:t>
      </w:r>
    </w:p>
    <w:p w14:paraId="29928392" w14:textId="77777777" w:rsidR="00C75C9B" w:rsidRDefault="00000000">
      <w:pPr>
        <w:pStyle w:val="Heading2"/>
      </w:pPr>
      <w:r>
        <w:t>Final submission check</w:t>
      </w:r>
    </w:p>
    <w:p w14:paraId="74CE309B" w14:textId="77777777" w:rsidR="00C75C9B" w:rsidRDefault="00000000">
      <w:pPr>
        <w:pStyle w:val="Abstracttext"/>
      </w:pPr>
      <w:r>
        <w:t>• Replace the title, author and affiliation placeholders; identify the corresponding author.</w:t>
      </w:r>
    </w:p>
    <w:p w14:paraId="252BAFD5" w14:textId="77777777" w:rsidR="00C75C9B" w:rsidRDefault="00000000">
      <w:pPr>
        <w:pStyle w:val="Abstracttext"/>
      </w:pPr>
      <w:r>
        <w:t>• Check that the abstract contains 200–300 words and the manuscript has 3–5 keywords.</w:t>
      </w:r>
    </w:p>
    <w:p w14:paraId="18054C3B" w14:textId="77777777" w:rsidR="00C75C9B" w:rsidRDefault="00000000">
      <w:pPr>
        <w:pStyle w:val="Abstracttext"/>
      </w:pPr>
      <w:r>
        <w:t>• Confirm that objectives, methods, findings and conclusions are consistent.</w:t>
      </w:r>
    </w:p>
    <w:p w14:paraId="1E4A42B6" w14:textId="77777777" w:rsidR="00C75C9B" w:rsidRDefault="00000000">
      <w:pPr>
        <w:pStyle w:val="Abstracttext"/>
      </w:pPr>
      <w:r>
        <w:t>• Check citations, reference entries, tables, figures, disclosures and any required permissions.</w:t>
      </w:r>
    </w:p>
    <w:p w14:paraId="21EDFA57" w14:textId="77777777" w:rsidR="00C75C9B" w:rsidRDefault="00000000">
      <w:pPr>
        <w:pStyle w:val="Abstracttext"/>
      </w:pPr>
      <w:r>
        <w:t>• Remove sample content, instructional paragraphs and this guide; resolve comments and tracked changes.</w:t>
      </w:r>
    </w:p>
    <w:p w14:paraId="41A99440" w14:textId="77777777" w:rsidR="00C75C9B" w:rsidRDefault="00000000">
      <w:pPr>
        <w:pStyle w:val="Abstracttext"/>
      </w:pPr>
      <w:r>
        <w:t>• Follow the journal’s instructions for an anonymised review file, if required. Leave volume, issue and page metadata for the editorial team.</w:t>
      </w:r>
    </w:p>
    <w:sectPr w:rsidR="00C75C9B" w:rsidSect="00034616">
      <w:headerReference w:type="default" r:id="rId8"/>
      <w:footerReference w:type="default" r:id="rId9"/>
      <w:pgSz w:w="12240" w:h="15840"/>
      <w:pgMar w:top="1440" w:right="1800" w:bottom="1440" w:left="1800" w:header="648"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C2274" w14:textId="77777777" w:rsidR="00403D5D" w:rsidRDefault="00403D5D">
      <w:pPr>
        <w:spacing w:after="0"/>
      </w:pPr>
      <w:r>
        <w:separator/>
      </w:r>
    </w:p>
  </w:endnote>
  <w:endnote w:type="continuationSeparator" w:id="0">
    <w:p w14:paraId="47707FAD" w14:textId="77777777" w:rsidR="00403D5D" w:rsidRDefault="00403D5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980B" w14:textId="77777777" w:rsidR="00C75C9B" w:rsidRDefault="00000000">
    <w:pPr>
      <w:pStyle w:val="Footer"/>
      <w:jc w:val="right"/>
    </w:pPr>
    <w:r>
      <w:fldChar w:fldCharType="begin"/>
    </w:r>
    <w:r>
      <w:instrText>PAGE</w:instrText>
    </w:r>
    <w:r>
      <w:fldChar w:fldCharType="separate"/>
    </w:r>
    <w:r w:rsidR="00AC1CC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75DA7" w14:textId="77777777" w:rsidR="00403D5D" w:rsidRDefault="00403D5D">
      <w:pPr>
        <w:spacing w:after="0"/>
      </w:pPr>
      <w:r>
        <w:separator/>
      </w:r>
    </w:p>
  </w:footnote>
  <w:footnote w:type="continuationSeparator" w:id="0">
    <w:p w14:paraId="556E4306" w14:textId="77777777" w:rsidR="00403D5D" w:rsidRDefault="00403D5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3A707" w14:textId="77777777" w:rsidR="00C75C9B" w:rsidRDefault="00000000">
    <w:pPr>
      <w:pStyle w:val="Authordetails"/>
    </w:pPr>
    <w:r>
      <w:t>International Journal of TVET Studies</w:t>
    </w:r>
  </w:p>
  <w:p w14:paraId="270B9834" w14:textId="77777777" w:rsidR="00C75C9B" w:rsidRDefault="00000000">
    <w:pPr>
      <w:pStyle w:val="Authordetails"/>
    </w:pPr>
    <w:r>
      <w:t>Volume [X], Issue [X], [Year], pp. [XX–XX]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57050387">
    <w:abstractNumId w:val="8"/>
  </w:num>
  <w:num w:numId="2" w16cid:durableId="1579055710">
    <w:abstractNumId w:val="6"/>
  </w:num>
  <w:num w:numId="3" w16cid:durableId="512840134">
    <w:abstractNumId w:val="5"/>
  </w:num>
  <w:num w:numId="4" w16cid:durableId="148592494">
    <w:abstractNumId w:val="4"/>
  </w:num>
  <w:num w:numId="5" w16cid:durableId="555313126">
    <w:abstractNumId w:val="7"/>
  </w:num>
  <w:num w:numId="6" w16cid:durableId="1546940468">
    <w:abstractNumId w:val="3"/>
  </w:num>
  <w:num w:numId="7" w16cid:durableId="94979221">
    <w:abstractNumId w:val="2"/>
  </w:num>
  <w:num w:numId="8" w16cid:durableId="460616860">
    <w:abstractNumId w:val="1"/>
  </w:num>
  <w:num w:numId="9" w16cid:durableId="630599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03D5D"/>
    <w:rsid w:val="008D4A50"/>
    <w:rsid w:val="00AA1D8D"/>
    <w:rsid w:val="00AC1CCD"/>
    <w:rsid w:val="00B47730"/>
    <w:rsid w:val="00C75C9B"/>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03DA62"/>
  <w14:defaultImageDpi w14:val="300"/>
  <w15:docId w15:val="{A8E17B44-7458-4446-82AE-C35A684A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40" w:lineRule="auto"/>
    </w:pPr>
    <w:rPr>
      <w:rFonts w:ascii="Bookman Old Style" w:hAnsi="Bookman Old Style"/>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24"/>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b/>
      <w:bCs/>
      <w:i/>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contextualSpacing/>
    </w:pPr>
    <w:rPr>
      <w:b/>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Bookman Old Style" w:hAnsi="Bookman Old Style"/>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Cs/>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basedOn w:val="Normal"/>
    <w:rPr>
      <w:sz w:val="20"/>
    </w:rPr>
  </w:style>
  <w:style w:type="paragraph" w:customStyle="1" w:styleId="Authordetails">
    <w:name w:val="Author details"/>
    <w:basedOn w:val="Normal"/>
    <w:pPr>
      <w:spacing w:after="60"/>
    </w:pPr>
    <w:rPr>
      <w:sz w:val="20"/>
    </w:rPr>
  </w:style>
  <w:style w:type="paragraph" w:customStyle="1" w:styleId="Referenceentry">
    <w:name w:val="Reference entry"/>
    <w:basedOn w:val="Normal"/>
    <w:pPr>
      <w:ind w:left="720" w:hanging="720"/>
    </w:pPr>
    <w:rPr>
      <w:sz w:val="20"/>
    </w:rPr>
  </w:style>
  <w:style w:type="paragraph" w:customStyle="1" w:styleId="Templatenote">
    <w:name w:val="Template note"/>
    <w:basedOn w:val="Normal"/>
    <w:rPr>
      <w: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5</Pages>
  <Words>1547</Words>
  <Characters>8822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IJTVET Manuscript Template</dc:title>
  <dc:subject>Revised authoring template</dc:subject>
  <dc:creator>International Journal of TVET Studies</dc:creator>
  <cp:keywords/>
  <dc:description>Editorial revision of supplied V2.0 template. Replace all instructional text before submission.</dc:description>
  <cp:lastModifiedBy>Cr. Dr. Ling Ying Leh</cp:lastModifiedBy>
  <cp:revision>2</cp:revision>
  <dcterms:created xsi:type="dcterms:W3CDTF">2013-12-23T23:15:00Z</dcterms:created>
  <dcterms:modified xsi:type="dcterms:W3CDTF">2026-10-16T13:21:00Z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376c4c3e9eee15b6b27f7c8a24da4e8b2f42be05b1c90ff0d6e4f83501332c6a</vt:lpwstr>
  </property>
</Properties>
</file>